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 montages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Bishop, G./ Fantou,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Pratiguide 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automobiles/ auto montage/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propose une série de montages électroniques simples et détaillés pour améliorer l’équipement d’une voiture. Il s’adresse aux bricoleurs souhaitant installer eux-mêmes des dispositifs comme des clignotants renforcés, capteurs de recul, systèmes d’alarme, commandes à distance ou encore des accessoires audio.</w:t>
        <w:br/>
        <w:br/>
        <w:t>Chaque projet est accompagné de schémas de câblage, d’instructions pas à pas et de conseils sur les composants à utiliser. Le livre permet d’apprendre à connecter, sécuriser et tester chaque montage dans un véhicule personnel, sans compétences avancées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