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Heusser, Sandrine/ Dupuy, Henri-Gabriel/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210004043X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animale/ Anatomie/ </w:t>
            </w:r>
          </w:p>
        </w:tc>
      </w:tr>
    </w:tbl>
    <w:p>
      <w:pPr>
        <w:pStyle w:val="Heading3"/>
      </w:pPr>
      <w:r>
        <w:t>Résumé :</w:t>
      </w:r>
    </w:p>
    <w:p>
      <w:r>
        <w:t>Dans ce premier volume de l'atlas de biologie animale, les grands plans de l'organisation du monde animal sont présentés à partir d'exemples classiques et illustrés à l'aide de près de 150 photographes et schémas descriptifs. Les degrés évolutifs successifs sont étudiés, des Protozoaires aux Mammifères. En fin d'ouvrage, un bilan récapitule les traits distinctifs de chaque forme animale.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