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Magné, Jacques-René/ Magné-Marty, Rose-Marie/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2729891404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biophysique/ physico-chimie/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référence, conçu pour les étudiants de médecine PCEM 1 et PCEM 2, présente les principes fondamentaux de la biophysique et la physique avec une progression pédagogique claire :</w:t>
        <w:br/>
        <w:br/>
        <w:br/>
        <w:br/>
        <w:t>Rappels de cours structurés par chapitre, clarifiant les notions essentielles.</w:t>
        <w:br/>
        <w:br/>
        <w:br/>
        <w:br/>
        <w:t>Exercices corrigés accompagnés de commentaires pour renforcer la compréhension.</w:t>
        <w:br/>
        <w:br/>
        <w:br/>
        <w:br/>
        <w:t>QCM avec réponses détaillées pour s’entraîner efficacement et préparer les concours.</w:t>
        <w:br/>
        <w:br/>
        <w:br/>
        <w:br/>
        <w:t>Le livre couvre un vaste spectre des thèmes physiologiques et biophysiques : de l’étude de l’eau et des solutions à l’électrophysiologie, en passant par la mécanique des fluides, la radioactivité, l’imagerie médicale, l’optique, les ultrasons et la RMN.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