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Introduction à l'électronique et à ses applications en instrumentation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Buyse, Hervé/ Labrique, Francis/ Sente, Paul/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Éd. Tec &amp; doc/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422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2743004231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électronique analogique/ composants électroniques/ </w:t>
            </w:r>
          </w:p>
        </w:tc>
      </w:tr>
    </w:tbl>
    <w:p>
      <w:pPr>
        <w:pStyle w:val="Heading3"/>
      </w:pPr>
      <w:r>
        <w:t>Résumé :</w:t>
      </w:r>
    </w:p>
    <w:p>
      <w:r>
        <w:t>Issu des enseignements donnés par les auteurs à l'Université catholique de Louvain, cet ouvrage constitue une synthèse des connaissances indispensables à tous ceux, quelles que soient leurs spécialités, qui sont ou seront confrontés à l'électronique à travers ses applications en mesure, instrumentation et commande automatique. Avec cette initiation à l'électronique, le lecteur pourra mieux appréhender le fonctionnement des circuits électroniques, analogiques ou digitaux, qui permettent d'assurer l'ensemble des opérations de traitement des signaux.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