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Muller, Scott/ Chabard, Laurence/ Eberhardt, Christine/ Humbert, Brigitte/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1490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 1455-1490</w:t>
            </w:r>
          </w:p>
        </w:tc>
      </w:tr>
      <w:tr>
        <w:trPr>
          <w:trHeight w:val="567"/>
        </w:trPr>
        <w:tc>
          <w:tcPr>
            <w:tcW w:type="dxa" w:w="3000"/>
          </w:tcPr>
          <w:p>
            <w:r>
              <w:t>Numéro d'Identification</w:t>
            </w:r>
          </w:p>
        </w:tc>
        <w:tc>
          <w:tcPr>
            <w:tcW w:type="dxa" w:w="7000"/>
          </w:tcPr>
          <w:p>
            <w:r>
              <w:t>2744007854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PC (ordinateur)/ composants d'un ordinateur/ </w:t>
            </w:r>
          </w:p>
        </w:tc>
      </w:tr>
    </w:tbl>
    <w:p>
      <w:pPr>
        <w:pStyle w:val="Heading3"/>
      </w:pPr>
      <w:r>
        <w:t>Résumé :</w:t>
      </w:r>
    </w:p>
    <w:p>
      <w:r>
        <w:t>La référence ultime sur le matériel PC !</w:t>
        <w:br/>
        <w:br/>
        <w:t>Plus de 1500 pages sur :</w:t>
        <w:br/>
        <w:br/>
        <w:t>- Les composants PC les plus récents</w:t>
        <w:br/>
        <w:br/>
        <w:t>- Les lecteurs DVD, les ports USB et les portables&lt;&lt;BR&gt;- Les techniques pour monter son ordinateur soi-même</w:t>
        <w:br/>
        <w:br/>
        <w:t>- Les méthodes et les astuces de dépannage</w:t>
        <w:br/>
        <w:br/>
        <w:t>"Le Macmillan Le PC Maintenance et mise à niveau" vous livre toutes les clés pour entretenir et faire évoluer votre PC. Dans cette nouvelle édition entièrement mise à jour, tous les composants sont détaillés, comparés et analysés. Les aspects les plus récents des cartes mères, des processeurs, de la mémoire, etc., et les nouvelles technologies telles que les lecteurs DVD, les CD-ROM MultiBeam et les ports USB n'auront plus de secret pour vous. Vous découvrirez les nouveaux matériels de communication et de réseau. Vous apprendrez à évaluer les performances de votre PC, à configurer des périphériques multimédias et à résoudre tous vos problèmes quotidiens. Que vous soyez équipé d'un portable ou d'un ordinateur de bureau, vous connaîtrez votre PC dans ses moindres détails et saurez monter et démonter chaque pièce, détecter les pannes et remplacer un composant défectueux. Avec Le Macmillan le PC, Maintenance et mise à niveau, maîtrisez les technologies Plug and Play, ajoutez de la mémoire, dépannez vos cartes vidéo, son et réseau, installez tout type de lecteurs.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