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descriptive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Franquinet, Raphaël/ Foucrier,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Série Atlas(N°:None)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143-144.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2100040456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Embryologie/ ontogenèse/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sont aussi utiles aux étudiants du second cycle et aux chercheurs en activité. L'atlas d'embryologie descriptive présente à partir d'exemples classiques et illustre à l'aide de plus de cent schémas et photographies, toutes les étapes qui conduisent de la cellule unique, l'œuf, à l'individu adulte.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