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mémento de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Dupont, Michelle/ Souchon, Jacqueline/ Veillat, Jean-Pierre./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2e.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p.p.255-264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9782711752683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générale/ biologie cellulaire./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forme de 30 courts chapitres - les autres connaissances scientifiques qu…</w:t>
        <w:br/>
        <w:br/>
        <w:t>Sous une forme maniable, ce Nouveau mémento de biologie rassemble les connaissances de base indispensables à quiconque entreprend des études supérieures de biologie. On y trouvera : - les idées-clés de la biologie exposées sous forme de 30 courts chapitres ; - les autres connaissances scientifiques que doivent maîtriser les biologistes, en physique comme en chimie mais aussi en étymologie grecque et latine ; - un glossaire renfermant toutes les définitions utiles ; - un index alphabétique très détaillé. Riche de 1 315 entrées, l'index permet de trouver immédiatement l'information désirée. Sa fonction de navigation transforme ce mémento - illustré de très nombreux schémas, tableaux et figures - en une petite encyclopédie qui reste commodément à portée de main.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