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de 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Khelil, Mohamed Anouar/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Universitaires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biologie/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 s’agit d’un guide pratique destiné aux étudiants en biologie, couvrant plusieurs domaines théoriques et méthodologiques à travers des travaux dirigés et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