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et electro- technique generales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Benrabah, Bedhiaf/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9789961011256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circuit électrique/ </w:t>
            </w:r>
          </w:p>
        </w:tc>
      </w:tr>
    </w:tbl>
    <w:p>
      <w:pPr>
        <w:pStyle w:val="Heading3"/>
      </w:pPr>
      <w:r>
        <w:t>Résumé :</w:t>
      </w:r>
    </w:p>
    <w:p>
      <w:r>
        <w:t>Cet ouvrage est un recueil pédagogique destiné aux étudiants en génie électrique, électrotechnique et électronique, ainsi qu'aux enseignants et autodidactes. Il rassemble une série d’exercices résolus couvrant les bases de l’électronique analogique et numérique, ainsi que de l’électrotechnique classique. Chaque chapitre propose des problèmes pratiques accompagnés de leurs solutions détaillées, facilitant ainsi la compréhension et l'application des concepts fondamentaux. Ce recueil permet de renforcer les acquis théoriques par une mise en pratique progressive des notions clés telles que les circuits électriques, les lois de l’électricité, les composants passifs et actifs, les systèmes triphasés, les transformateurs, et les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