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Éthologie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Darmaillacq, Anne Sophie/ Lévy,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Ouvertures psychologiques(N°:None)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9782804190927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éthologie/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