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antennes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Bensoussan,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Teccart/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Modules Teccart,Communications(N°:None)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204012084X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données/ modulation/ architecture réseau/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