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Prenant,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IX-600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2040102973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