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  <w:jc w:val="center"/>
      </w:pPr>
      <w:r>
        <w:t>Le PC</w:t>
      </w:r>
    </w:p>
    <w:tbl>
      <w:tblPr>
        <w:tblStyle w:val="TableGrid"/>
        <w:tblW w:type="auto" w:w="0"/>
        <w:tblLayout w:type="fixed"/>
        <w:tblLook w:firstColumn="1" w:firstRow="1" w:lastColumn="0" w:lastRow="0" w:noHBand="0" w:noVBand="1" w:val="04A0"/>
      </w:tblPr>
      <w:tblGrid>
        <w:gridCol w:w="3000"/>
        <w:gridCol w:w="7000"/>
      </w:tblGrid>
      <w:tr>
        <w:trPr>
          <w:trHeight w:val="567"/>
        </w:trPr>
        <w:tc>
          <w:tcPr>
            <w:tcW w:type="dxa" w:w="4320"/>
            <w:vAlign w:val="center"/>
          </w:tcPr>
          <w:p>
            <w:r>
              <w:t>Type Document</w:t>
            </w:r>
          </w:p>
        </w:tc>
        <w:tc>
          <w:tcPr>
            <w:tcW w:type="dxa" w:w="4320"/>
            <w:vAlign w:val="center"/>
          </w:tcPr>
          <w:p>
            <w:r>
              <w:t>Livre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Langue</w:t>
            </w:r>
          </w:p>
        </w:tc>
        <w:tc>
          <w:tcPr>
            <w:tcW w:type="dxa" w:w="7000"/>
          </w:tcPr>
          <w:p>
            <w:r>
              <w:t>Français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Auteur(s)</w:t>
            </w:r>
          </w:p>
        </w:tc>
        <w:tc>
          <w:tcPr>
            <w:tcW w:type="dxa" w:w="7000"/>
          </w:tcPr>
          <w:p>
            <w:r>
              <w:t xml:space="preserve">Mueller, Scott/ Devisscher, Jean Marie/ Garrec, Lionel/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Adresse bib.</w:t>
            </w:r>
          </w:p>
        </w:tc>
        <w:tc>
          <w:tcPr>
            <w:tcW w:type="dxa" w:w="7000"/>
          </w:tcPr>
          <w:p>
            <w:r>
              <w:t xml:space="preserve">CampusPress/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Nombre de Pages</w:t>
            </w:r>
          </w:p>
        </w:tc>
        <w:tc>
          <w:tcPr>
            <w:tcW w:type="dxa" w:w="7000"/>
          </w:tcPr>
          <w:p>
            <w:r>
              <w:t>1366 p.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Illustration</w:t>
            </w:r>
          </w:p>
        </w:tc>
        <w:tc>
          <w:tcPr>
            <w:tcW w:type="dxa" w:w="7000"/>
          </w:tcPr>
          <w:p>
            <w:r>
              <w:t>ill., couv. ill. en coul.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Format</w:t>
            </w:r>
          </w:p>
        </w:tc>
        <w:tc>
          <w:tcPr>
            <w:tcW w:type="dxa" w:w="7000"/>
          </w:tcPr>
          <w:p>
            <w:r>
              <w:t>22 cm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Collection</w:t>
            </w:r>
          </w:p>
        </w:tc>
        <w:tc>
          <w:tcPr>
            <w:tcW w:type="dxa" w:w="7000"/>
          </w:tcPr>
          <w:p>
            <w:r>
              <w:t>Le Macmillan(N°:None)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Notes Générales</w:t>
            </w:r>
          </w:p>
        </w:tc>
        <w:tc>
          <w:tcPr>
            <w:tcW w:type="dxa" w:w="7000"/>
          </w:tcPr>
          <w:p>
            <w:r>
              <w:t>Index p.p. 1319-1366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Numéro d'Identification</w:t>
            </w:r>
          </w:p>
        </w:tc>
        <w:tc>
          <w:tcPr>
            <w:tcW w:type="dxa" w:w="7000"/>
          </w:tcPr>
          <w:p>
            <w:r>
              <w:t>2744005770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Thème</w:t>
            </w:r>
          </w:p>
        </w:tc>
        <w:tc>
          <w:tcPr>
            <w:tcW w:type="dxa" w:w="7000"/>
          </w:tcPr>
          <w:p>
            <w:r>
              <w:t>Informatique, traitement des données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Classification(s)</w:t>
            </w:r>
          </w:p>
        </w:tc>
        <w:tc>
          <w:tcPr>
            <w:tcW w:type="dxa" w:w="7000"/>
          </w:tcPr>
          <w:p>
            <w:r>
              <w:t xml:space="preserve">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Sujet(s)</w:t>
            </w:r>
          </w:p>
        </w:tc>
        <w:tc>
          <w:tcPr>
            <w:tcW w:type="dxa" w:w="7000"/>
          </w:tcPr>
          <w:p>
            <w:r>
              <w:t xml:space="preserve">architecture de PC/ carte mère et chipset/ </w:t>
            </w:r>
          </w:p>
        </w:tc>
      </w:tr>
    </w:tbl>
    <w:p>
      <w:pPr>
        <w:pStyle w:val="Heading3"/>
      </w:pPr>
      <w:r>
        <w:t>Résumé :</w:t>
      </w:r>
    </w:p>
    <w:p>
      <w:r>
        <w:t>Cet ouvrage, destiné aux techniciens, étudiants ou passionnés, est considéré comme une référence complète sur les ordinateurs personnels. Il couvre en détail :</w:t>
        <w:br/>
        <w:br/>
        <w:br/>
        <w:br/>
        <w:t>Architecture du PC : toutes les architectures système (cartes mères, bus, facteurs de forme, chipset), avec leur rôle dans la stabilité et les performances Composants matériels : analyse approfondie des processeurs (Intel, AMD), de la mémoire (DDR, DDR2), cartes vidéo, cartes son, stockage (IDE, SCSI, disques durs, optique), alimentations, boîtiers… Périphériques et interfaces : souris, claviers, lecteurs de DVD‑RW/Blu‑Ray, ports USB 2.0, FireWire, interfaces d’entrée‑sortie…  Maintenance et diagnostic : identification des composants sensibles, méthodes de test, entretien régulier, dépannage des pannes matérielles, récupération de données Mise à niveau et optimisation : conseils pour choisir et installer des composants récents, overclocking, refroidissement, passer à des formats plus récents (DTX, mini‑DTX), adopter les nouvelles technologies (chipsets, bus…) Ressources multimédia : DVD‑ROM inclus avec animations vidéo, documentation technique, spécifications complètes, éditions précédentes de l’ouvrage Au total, plus de 1 200 pages constituant une « bible » du matériel PC, régulièrement mise à jour au fil des années, de la 4ᵉ édition de 2001 aux éditions ultérieures de 2008</w:t>
      </w:r>
    </w:p>
    <w:sectPr w:rsidR="00FC693F" w:rsidRPr="0006063C" w:rsidSect="00034616">
      <w:headerReference w:type="default" r:id="rId9"/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</w:p>
  <w:tbl>
    <w:tblPr>
      <w:tblW w:type="auto" w:w="0"/>
      <w:tblLook w:firstColumn="1" w:firstRow="1" w:lastColumn="0" w:lastRow="0" w:noHBand="0" w:noVBand="1" w:val="04A0"/>
    </w:tblPr>
    <w:tblGrid>
      <w:gridCol w:w="2880"/>
      <w:gridCol w:w="2880"/>
      <w:gridCol w:w="7200"/>
    </w:tblGrid>
    <w:tr>
      <w:tc>
        <w:tcPr>
          <w:tcW w:type="dxa" w:w="7200"/>
        </w:tcPr>
        <w:p>
          <w:r>
            <w:t>CERIST</w:t>
          </w:r>
        </w:p>
      </w:tc>
      <w:tc>
        <w:tcPr>
          <w:tcW w:type="dxa" w:w="7200"/>
        </w:tcPr>
        <w:p/>
      </w:tc>
      <w:tc>
        <w:tcPr>
          <w:tcW w:type="dxa" w:w="7200"/>
        </w:tcPr>
        <w:p>
          <w:r>
            <w:t>20/10/2026</w:t>
          </w:r>
        </w:p>
      </w:tc>
    </w:tr>
  </w:tbl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before="240"/>
    </w:p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