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et commentés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Millat,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Numéro d'Identification</w:t>
            </w:r>
          </w:p>
        </w:tc>
        <w:tc>
          <w:tcPr>
            <w:tcW w:type="dxa" w:w="7000"/>
          </w:tcPr>
          <w:p>
            <w:r>
              <w:t>9782729831967</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génétique moléculaire/ </w:t>
            </w:r>
          </w:p>
        </w:tc>
      </w:tr>
    </w:tbl>
    <w:p>
      <w:pPr>
        <w:pStyle w:val="Heading3"/>
      </w:pPr>
      <w:r>
        <w:t>Résumé :</w:t>
      </w:r>
    </w:p>
    <w:p>
      <w:r>
        <w:t>Ce livre propose une série d’exercices pratiques en biologie moléculaire, accompagnés de leurs corrigés détaillés et commentés. Il s’adresse aux étudiants de licence, master ou aux professionnels souhaitant renforcer leurs connaissances en biologie moléculaire. Les exercices couvrent les principaux concepts et techniques de la discipline, tels que la structure de l’ADN, la transcription, la traduction, les mutations, la régulation génétique, les techniques expérimentales comme la PCR, l’électrophorèse, le séquençage, etc. Chaque correction est expliquée pas à pas pour faciliter la compréhension et l’autonomie dans la résolution des problèmes.</w:t>
        <w:br/>
        <w:br/>
        <w:br/>
        <w:br/>
        <w:t>Ce manuel est un outil pédagogique idéal pour s’entraîner, préparer des examens ou approfondir ses compétences en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