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physiologie animales et cellulaires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Cornec, Jean-Pierre/ Gilles, André/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2729828192</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animale/ cytologie/ physiologie/ </w:t>
            </w:r>
          </w:p>
        </w:tc>
      </w:tr>
    </w:tbl>
    <w:p>
      <w:pPr>
        <w:pStyle w:val="Heading3"/>
      </w:pPr>
      <w:r>
        <w:t>Résumé :</w:t>
      </w:r>
    </w:p>
    <w:p>
      <w:r>
        <w:t>Cet ouvrage s'adresse d'abord aux étudiants qui préparent les concours nationaux de l'Enseignement. Son objectif est de les entraîner aux épreuves orales. Des plans de leçons, structurés, plus ou moins étoffés selon les thèmes, sont proposés dans les domaines de la biologie et de la physiologie animales à différents niveaux d'étude, de la molécule et la cellule jusqu'à l'organisme intégré dans son environnement. Les sujets traités, choisis selon leur intérêt ou leur difficulté, sont pris dans les listes du CAPES et, occasionnellement, dans celles de l'Agrégation.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