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Selosse, Marc-André/ Duhoux,Émile/ Nicole,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2100069306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symbiose végétale/ nodulation/ pollinisation/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une référence complète et accessible sur les associations végétales :</w:t>
        <w:br/>
        <w:br/>
        <w:br/>
        <w:br/>
        <w:t>de la symbiose (mycorhize, fixation d’azote) à la parasitologie végétale ;</w:t>
        <w:br/>
        <w:br/>
        <w:br/>
        <w:br/>
        <w:t>combinant perspectives moléculaires, écologiques, évolutives et agronomiques ;</w:t>
        <w:br/>
        <w:br/>
        <w:br/>
        <w:br/>
        <w:t>richement illustré et bien structuré pour étudiants et chercheurs.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