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Chevalet, Patrick/ Fournel, Sylvie/ Giraud, Nathalie/ Richard, Daniel/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747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9782100721535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questions à choix multiple/ manuels d'enseignement supérieur/ biologie/ </w:t>
            </w:r>
          </w:p>
        </w:tc>
      </w:tr>
    </w:tbl>
    <w:p>
      <w:pPr>
        <w:pStyle w:val="Heading3"/>
      </w:pPr>
      <w:r>
        <w:t>Résumé :</w:t>
      </w:r>
    </w:p>
    <w:p>
      <w:r>
        <w:t>Cet ouvrage fait la synthèse en 300 fiches des concepts fondamentaux de la biologie enseignés durant les premières années d'études supérieures. La présentation est adaptée aux besoins des étudiants préparant un examen ou un concours : fiches synthétiques pour comprendre, QCM pour s'évaluer, sujets de synthèse pour s'entraîner. Cette nouvelle édition révisée comporte d'importantes actualisations, notamment en immunologie et en phylogénie.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