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biologie végétale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Zaffran, Jaques/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2729867708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fleur/ transpiration/ graine/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contient de nombreux schémas explicatifs. Une introduction à la biologie végétale qui participe au niveau le plus élémentaire, à l'importante avancée de cette discipline dans la dernière décennie.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