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biophysique PACES, médecine, pharmacie, dentaire, sage-femme, UE3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Drahy, Dounia/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9782311400007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physiques/ </w:t>
            </w:r>
          </w:p>
        </w:tc>
      </w:tr>
    </w:tbl>
    <w:p>
      <w:pPr>
        <w:pStyle w:val="Heading3"/>
      </w:pPr>
      <w:r>
        <w:t>Résumé :</w:t>
      </w:r>
    </w:p>
    <w:p>
      <w:r>
        <w:t>Cet ouvrage est conçu pour accompagner les étudiants dans l’apprentissage de la physique et de la biophysique, matières essentielles de l’UE3 du programme PACES. Il propose une approche complète, alliant théorie et pratique, pour une préparation efficace aux concours de médecine, pharmacie, dentaire et sage-femme. Chaque chapitre est structuré autour de rappels de cours, d’exercices et de QCM corrigés, permettant à l’étudiant de tester et renforcer ses connaissances de manière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