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biophysique en 1001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Durand, Alain/ Escanyé, Jean-Marie/ Naoun, Amar/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Collection PCEM(N°:None)</w:t>
            </w:r>
          </w:p>
        </w:tc>
      </w:tr>
      <w:tr>
        <w:trPr>
          <w:trHeight w:val="567"/>
        </w:trPr>
        <w:tc>
          <w:tcPr>
            <w:tcW w:type="dxa" w:w="3000"/>
          </w:tcPr>
          <w:p>
            <w:r>
              <w:t>Numéro d'Identification</w:t>
            </w:r>
          </w:p>
        </w:tc>
        <w:tc>
          <w:tcPr>
            <w:tcW w:type="dxa" w:w="7000"/>
          </w:tcPr>
          <w:p>
            <w:r>
              <w:t>2729821341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biophysique/ biochimie/ </w:t>
            </w:r>
          </w:p>
        </w:tc>
      </w:tr>
    </w:tbl>
    <w:p>
      <w:pPr>
        <w:pStyle w:val="Heading3"/>
      </w:pPr>
      <w:r>
        <w:t>Résumé :</w:t>
      </w:r>
    </w:p>
    <w:p>
      <w:r>
        <w:t>« La biophysique en 1001 QCM » est un ouvrage pédagogique conçu pour accompagner les étudiants, chercheurs, ou passionnés souhaitant maîtriser les fondamentaux et les notions avancées de la biophysique. À travers une collection exhaustive de questions à choix multiples (QCM), ce livre permet de tester, renforcer et approfondir ses connaissances dans ce domaine interdisciplinaire qui mêle biologie, physique, chimie et mathématiques.</w:t>
        <w:br/>
        <w:br/>
        <w:br/>
        <w:br/>
        <w:t>Chaque QCM est accompagné d’explications claires, facilitant ainsi l’assimilation des concepts complexes, allant des bases de la structure moléculaire et cellulaire jusqu’aux techniques expérimentales modernes (microscopie, spectroscopie, biophysique moléculaire, etc.). Idéal pour la préparation aux examens, concours, ou pour une révision efficace, ce livre offre une méthode ludique et interactive pour progresser en biophysique.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