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des sites Web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Nielsen, Jakob/ Garance, Daniel./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383-387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2744008877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conception de site/ conception de page/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dans cet ouvrage une méthode claire et rigoureuse pour créer des sites web efficaces, simples et centrés sur l’utilisateur.</w:t>
        <w:br/>
        <w:br/>
        <w:t>Il rejette les effets graphiques inutiles et les modes esthétiques au profit de l’utilisabilité : un site doit d’abord être facile à comprendre, rapide à utiliser, et répondre efficacement aux besoins des visiteurs.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