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objet avec UML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Muller, Pierre-Alain/ Gaertner, Nathalie/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509-520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2212091222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UML (Unified Modeling Language)/ modélisation orientée objet/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introduction complète à la modélisation orientée objet à l’aide du langage UML (Unified Modeling Language). Il s'adresse principalement aux étudiants en informatique, aux ingénieurs logiciels et aux analystes désireux de concevoir, documenter et communiquer efficacement des systèmes logiciels.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