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Biophysique de la vision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Benguerrah,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15x22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9789961016121</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physico-chimie/ biophysique/ </w:t>
            </w:r>
          </w:p>
        </w:tc>
      </w:tr>
    </w:tbl>
    <w:p>
      <w:pPr>
        <w:pStyle w:val="Heading3"/>
      </w:pPr>
      <w:r>
        <w:t>Résumé :</w:t>
      </w:r>
    </w:p>
    <w:p>
      <w:r>
        <w:t>Ce livre est destiné aux étudiants du cycle pré-clinique des études médicales.Dans la partie consacrée au système optique de l’œil, sont regroupées toutes les techniques et méthodes qui, classiquement,viennent encombrer les paragraphes traitant les phénomènes physiologiques proprement dits. par exemple photométrie et méthodes photométriques sont étudiées dans un chapitre à part précédant celui, où est abordée l’analyse de la sensation de luminance.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