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 Cent ] 100 meilleurs logiciels pour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Otwaschka, Françoise/ Vuylsteke, Jean-Pierre/ </w:t>
            </w:r>
          </w:p>
        </w:tc>
      </w:tr>
      <w:tr>
        <w:trPr>
          <w:trHeight w:val="567"/>
        </w:trPr>
        <w:tc>
          <w:tcPr>
            <w:tcW w:type="dxa" w:w="3000"/>
          </w:tcPr>
          <w:p>
            <w:r>
              <w:t>Adresse bib.</w:t>
            </w:r>
          </w:p>
        </w:tc>
        <w:tc>
          <w:tcPr>
            <w:tcW w:type="dxa" w:w="7000"/>
          </w:tcPr>
          <w:p>
            <w:r>
              <w:t xml:space="preserve">Alleur/ Marabout/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2501010795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sécurite informatique/ comparatif logiciel/ </w:t>
            </w:r>
          </w:p>
        </w:tc>
      </w:tr>
    </w:tbl>
    <w:p>
      <w:pPr>
        <w:pStyle w:val="Heading3"/>
      </w:pPr>
      <w:r>
        <w:t>Résumé :</w:t>
      </w:r>
    </w:p>
    <w:p>
      <w:r>
        <w:t>Cet ouvrage constitue un guide pratique et comparatif des meilleurs logiciels disponibles pour les ordinateurs Macintosh (Apple). Destiné aux utilisateurs de Mac, qu’ils soient débutants ou confirmés, le livre propose une sélection commentée de 100 logiciels triés sur le volet, répartis par catégories d’usage, avec des conseils d’installation, d’utilisation, et d’optimisation.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