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Calculus and analytic geometry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Tierney, John/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Allyn and Bacon,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0205064566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Calculus/ analytic geometry/ </w:t>
            </w:r>
          </w:p>
        </w:tc>
      </w:tr>
    </w:tbl>
    <w:p>
      <w:pPr>
        <w:pStyle w:val="Heading3"/>
      </w:pPr>
      <w:r>
        <w:t>Résumé :</w:t>
      </w:r>
    </w:p>
    <w:p>
      <w:r>
        <w:t>Calculus and Analytic Geometry by John A. Tierney is a comprehensive introductory textbook designed for students in mathematics, engineering, and physical sciences. It presents a balanced and rigorous development of calculus and its application to analytic geometry.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