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O'Hara, Shelley/ Benhamnia, Gholamreza/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Simon/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355-378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sécurité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d’introduction à l’informatique personnelle, conçu pour les débutants. Il fait partie de la collection "Pour les Nuls" (en anglais, "For Dummies"), connue pour sa pédagogie accessible et son ton convivial.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