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organismes.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Coupé,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terre. Préparation aux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601-607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9782729819415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animaux/ développement Plante/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