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Bases de l'électronique quantique.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Bertein, Francois/ Goudet,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vecteur ordinaire/ théorème fondamental/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idéal si vous cherchez :</w:t>
        <w:br/>
        <w:br/>
        <w:br/>
        <w:br/>
        <w:t>Une base solide et mathématique pour la mécanique quantique appliquée aux particules élémentaires.</w:t>
        <w:br/>
        <w:br/>
        <w:br/>
        <w:br/>
        <w:t>Une introduction rigoureuse avant d’aborder les thèmes avancés (absorption, émission, semi-conducteurs…), développés dans le Tome 2.</w:t>
        <w:br/>
        <w:br/>
        <w:br/>
        <w:br/>
        <w:t>Un ouvrage de référence classique, bien structuré, encore pertinent pour les étudiants en 2ᵉ cycle ou en master.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