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Réception TV par satellites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Besson, René/ </w:t>
            </w:r>
          </w:p>
        </w:tc>
      </w:tr>
      <w:tr>
        <w:trPr>
          <w:trHeight w:val="567"/>
        </w:trPr>
        <w:tc>
          <w:tcPr>
            <w:tcW w:type="dxa" w:w="3000"/>
          </w:tcPr>
          <w:p>
            <w:r>
              <w:t>Edition</w:t>
            </w:r>
          </w:p>
        </w:tc>
        <w:tc>
          <w:tcPr>
            <w:tcW w:type="dxa" w:w="7000"/>
          </w:tcPr>
          <w:p>
            <w:r>
              <w:t>Édition revue et augmentée</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2100032151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télévision par satellite/ télévision numérique/ </w:t>
            </w:r>
          </w:p>
        </w:tc>
      </w:tr>
    </w:tbl>
    <w:p>
      <w:pPr>
        <w:pStyle w:val="Heading3"/>
      </w:pPr>
      <w:r>
        <w:t>Résumé :</w:t>
      </w:r>
    </w:p>
    <w:p>
      <w:r>
        <w:t>L’ouvrage est avant tout un manuel pratique pour les techniciens et amateurs souhaitant installer et optimiser un système de réception télévision par satellite, qu’il soit analogique ou numérique.Un ouvrage précis, concret et bien structuré :  Depuis les fondamentaux (satellite, antenne) jusqu’à la réception collective, Avec des mises à jour pertinentes sur la TV numérique débutante,  Et qui reste pertinent pour comprendre l’évolution et l’installation de systèmes de réception satellitaire.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