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Problèms in  analytic  geometry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Kléténik; David Viktorovitch/ Karvovski, A./ Efimov, Nicolai/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analytique/ analytic geometry/ </w:t>
            </w:r>
          </w:p>
        </w:tc>
      </w:tr>
    </w:tbl>
    <w:p>
      <w:pPr>
        <w:pStyle w:val="Heading3"/>
      </w:pPr>
      <w:r>
        <w:t>Résumé :</w:t>
      </w:r>
    </w:p>
    <w:p>
      <w:r>
        <w:t>"Problems in Analytic Geometry" est un recueil d’exercices axé sur la géométrie analytique, une branche des mathématiques qui étudie les figures géométriques à l’aide des outils de l’analyse et du repérage dans un système de coordonnées. Le livre présente des problèmes gradués qui permettent de maîtriser les concepts fondamentaux comme les droites, les coniques, les coordonnées dans le plan et dans l’espace, l’utilisation des vecteurs et les transformations (translations, rotations, homothéties, etc.). Il développe des compétences en résolution d’équations géométriques, en visualisation dans le plan et l’espace, et en modélisation mathématique.</w:t>
        <w:br/>
        <w:br/>
        <w:br/>
        <w:br/>
        <w:t>Ce type d’ouvrage est particulièrement utile pour les étudiants en mathématiques, physique, ingénierie ou toute autre discipline où la modélisation géométrique est essentielle.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