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Norton, Peter/ Desmond, Michael/ Adam, Laurent/ Kenn,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663-682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274400393X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mise à niveau PC/ dépannage matériel/ </w:t>
            </w:r>
          </w:p>
        </w:tc>
      </w:tr>
    </w:tbl>
    <w:p>
      <w:pPr>
        <w:pStyle w:val="Heading3"/>
      </w:pPr>
      <w:r>
        <w:t>Résumé :</w:t>
      </w:r>
    </w:p>
    <w:p>
      <w:r>
        <w:t>Ce guide exhaustif, d’environ 750 – 760 pages, présente de manière claire et progressive tous les aspects de l’entretien, de la mise à niveau et de la réparation d’un PC Compréhension des composants</w:t>
        <w:br/>
        <w:br/>
        <w:t>Chaque chapitre débute par une explication technique accessible : processeur (dont MMX, Pentium II), carte mère, mémoire, BIOS, cartes graphiques, stockage (IDE, SCSI), lecteurs optiques, ports USB/FireWire, modems…Conseils d’achat et compatibilité</w:t>
        <w:br/>
        <w:br/>
        <w:t xml:space="preserve">Évaluation des avantages/inconvénients des composants, compatibilité entre eux, rapports performance/prix, et lignes directrices recommandées par l'auteur (« Peter’s Principles, Buying Tips, Compatibility Notes ») </w:t>
        <w:br/>
        <w:br/>
        <w:t>Guide pratique d’installation et dépannage</w:t>
        <w:br/>
        <w:br/>
        <w:t>Instructions pas à pas pour installer ou remplacer matériel, avec des rubriques de diagnostics de pannes, et des fiches de dépannage détaillées Mises à jour pertinentes à l’époque</w:t>
        <w:br/>
        <w:br/>
        <w:t>Couverture des technologies actuelles au tournant des années 1997‑1999 : USB, FireWire, DVD, CD‑RW, SCSI, graves de CD, modems v.90, et optimisation BIOS/firmware pour améliorer la stabilité et l’évolution du matériel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