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d'électronique pour l'audio-vidéo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2100491709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audio-vidéo/ filtre actif/ traitement du signal/ </w:t>
            </w:r>
          </w:p>
        </w:tc>
      </w:tr>
    </w:tbl>
    <w:p>
      <w:pPr>
        <w:pStyle w:val="Heading3"/>
      </w:pPr>
      <w:r>
        <w:t>Résumé :</w:t>
      </w:r>
    </w:p>
    <w:p>
      <w:r>
        <w:t>Pratique et détaillé, l'Aide-mémoire de René Besson est la référence des techniciens, des étudiants et des amateurs en électronique et techniques audiovisuelles. Cette 7e édition, entièrement refondue et très enrichie, rassemble toutes les connaissances du domaine : les formules de base et les données techniques des principaux composants et systèmes électroniques (résistances, condensateurs, accumulateurs, semi-conducteurs, circuits intégrés...) ; les principes de fonctionnement de la radio, de la télévision, des matériels de projection et de sonorisation (tubes cathodiques, écrans plasma ou LCD, home cinéma...) ; les techniques de compression (MPEG, MP3...), diffusion (TNT, satellite, câble, ADSL...), réception (modulation, démodulation...) ou stockage (supports CD, DVD...) d'un signal analogique ou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