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Mueller, Scott/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 et SM/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1123-1144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PC/ maintenance et dépannage/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se présente comme la référence ultime sur l’architecture, la maintenance et l’évolution des PC. Il offre :</w:t>
        <w:br/>
        <w:br/>
        <w:br/>
        <w:br/>
        <w:t xml:space="preserve">Un panorama complet du matériel PC : processeurs, cartes mère, mémoire, alimentation, boîtier, bus, BIOS, etc. </w:t>
        <w:br/>
        <w:br/>
        <w:br/>
        <w:br/>
        <w:t xml:space="preserve">Des détails sur les interfaces principales : IDE, SCSI, lecteurs optiques (CD, DVD), disquettes et supports amovibles </w:t>
        <w:br/>
        <w:br/>
        <w:br/>
        <w:br/>
        <w:t xml:space="preserve">Une section pratique sur l’assemblage et la mise à niveau (montage, démontage, compatibilité, choix des composants) </w:t>
        <w:br/>
        <w:br/>
        <w:br/>
        <w:br/>
        <w:t xml:space="preserve">Des chapitres dédiés au diagnostic et au dépannage, avec tableaux de références (codes BIOS, erreurs, connecteurs…) </w:t>
        <w:br/>
        <w:br/>
        <w:br/>
        <w:br/>
        <w:t xml:space="preserve">Des informations sur la réseautique (connexion Internet, LAN, impressions…) </w:t>
        <w:br/>
        <w:br/>
        <w:t>En résumé, que vous soyez technicien, étudiant ou passionné, ce livre propose à la fois des bases théoriques et des procédures pratiques pour bien comprendre, maintenir, optimiser ou faire évoluer un PC de l’époque.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