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 SX SCENIX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Andre,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IX-243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EEA.Série Technologie 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2100046470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 SX/ jeu d’instructions/ SCENIX SX18 / SX20 / SX28 / SX48 / SX52/ </w:t>
            </w:r>
          </w:p>
        </w:tc>
      </w:tr>
    </w:tbl>
    <w:p>
      <w:pPr>
        <w:pStyle w:val="Heading3"/>
      </w:pPr>
      <w:r>
        <w:t>Résumé :</w:t>
      </w:r>
    </w:p>
    <w:p>
      <w:r>
        <w:t>Tout électronicien confronté à la conception d'une petite application nécessitant une vitesse de traitement élevée préfère au microcontrôleur une solution du type CPLD, FPGA ou ASIC, malgré un manque certain de souplesse. Avec l'arrivée sur le marché d'une nouvelle génération de microcontrôleurs : les SX SCENIX, cette époque pourrait bien être révolue. En effet leur performance de 100 MIPS (millions d'instructions exécutées par seconde) et leurs deux systèmes embarqués - un système de programmation et un système de débogage permettant une mise au point facile et économique - ouvrent des perspectives d'application très intéressantes. L'auteur traite dans cet ouvrage de toutes les versions SX existantes à ce jour : SX18AC, SX20AC, SX28AC, SX48BD et SX52BD, et fournit les renseignements techniques nécessaires à leur exploitation. Après une présentation générale des SX et de leur architecture, il expose en détail leurs fonctionnalités et regroupe toutes les informations pratiques pour le développement : explication approfondie des instructions, étude des caractéristiques électriques et électroniques, description des brochages, présentation des périphériques virtuels et des outils de développement. Ce guide d'utilisation s'adresse aux ingénieurs et techniciens de conception - pour lesquels il s'avérera un véritable outil de travail - ainsi qu'aux étudiants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