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secrets de l'image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Bellaïche, Philippe/ </w:t>
            </w:r>
          </w:p>
        </w:tc>
      </w:tr>
      <w:tr>
        <w:trPr>
          <w:trHeight w:val="567"/>
        </w:trPr>
        <w:tc>
          <w:tcPr>
            <w:tcW w:type="dxa" w:w="3000"/>
          </w:tcPr>
          <w:p>
            <w:r>
              <w:t>Edition</w:t>
            </w:r>
          </w:p>
        </w:tc>
        <w:tc>
          <w:tcPr>
            <w:tcW w:type="dxa" w:w="7000"/>
          </w:tcPr>
          <w:p>
            <w:r>
              <w:t>6ème édition</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2212117833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techniques numériques/ traitement d'images/ </w:t>
            </w:r>
          </w:p>
        </w:tc>
      </w:tr>
    </w:tbl>
    <w:p>
      <w:pPr>
        <w:pStyle w:val="Heading3"/>
      </w:pPr>
      <w:r>
        <w:t>Résumé :</w:t>
      </w:r>
    </w:p>
    <w:p>
      <w:r>
        <w:t>J'ai écrit le livre que j'aurais aimé lire lorsque j'ai fait mes premiers pas dans le monde de la télévision ". Voilà résumée en quelques mots la démarche de l'auteur qui propose à la fois un ouvrage d'initiation et un document de référence sur les techniques de l'image vidéo. Au fil des chapitres, vous vous imprégnerez des notions fondamentales de colorimétrie et vous vous ferez une idée claire des règles élémentaires auxquelles doit répondre l'éclairage d'un studio. Vous comprendrez aussi les bases essentielles de l'optique, et la caméra CCD n'aura pour vous plus aucun secret. Vous vous familiariserez également avec le signal vidéo analogique et numérique, avant de vous plonger dans le domaine incontournable de la compression numérique et de découvrir ses nombreuses applications. Enfin, vous pourrez y voir plus clair dans la grande famille des magnétoscopes, au travers d'un panorama très complet de l'ensemble des formats d'enregistrement vidéo existant aujourd'hui. Au regard des progrès technologiques de ces derniers mois, ce best-seller méritait d'être remanié et enrichi, en intégrant notamment les évolutions liées à la convergences des mondes de la vidéo et de l'informatique, à la transition progressive vers la haute définition ainsi qu'à l'arrivée de la télévision mobile. Comme à son l'habitude, Philippe Bellaïche a déployé dans cette sixième édition un style clair et précis, agrémenté de plus de 200 illustrations explicites et tableaux comparatifs, l'ensemble étant ponctué de petits résumés faisant régulièrement le point sur l'essentiel à retenir. Tous ces ingrédients font que la lecture des Secrets de l'image vidéo est agréable en plus d'être instructive. Cet ouvrage est avant tout destiné aux étudiants qui verront en lui un indispensable outil de travail, condensant en 450 pages l'ensemble des connaissances qu'il est bon d'acquérir avant d'exercer un métier touchant à l'image vidéo. Mais il s'adresse également aux professionnels confirmés, désireux d'actualiser leurs connaissances ou de nourrir leur réflexion sur un domaine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