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meilleurs sites web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Besné, Julie/ Lenoir, François/ Malbec, Philippe/ Manon,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Glossaire p.p. 397-400 Index p.p. 401-411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2744009326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site web/ internet/ </w:t>
            </w:r>
          </w:p>
        </w:tc>
      </w:tr>
    </w:tbl>
    <w:p>
      <w:pPr>
        <w:pStyle w:val="Heading3"/>
      </w:pPr>
      <w:r>
        <w:t>Résumé :</w:t>
      </w:r>
    </w:p>
    <w:p>
      <w:r>
        <w:t>ce giude pratique et en couleurs vous propose une sélection de sites internet avec plus de 1000 chro-niques et prés de 2000 adresses recensées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