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2002 initiation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Morié, Patrick/ Boyer, Bernard-Philippe/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formation Tsoft(N°:None)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191-195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2212112378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2002/ microsoft office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permettre au lecteur de maîtriser les bases du tableur Microsoft Excel 2002. Il a été conçu comme un outil de formation progressif, combinant théorie, exercices corrigés et cas pratiques issus du monde professionnel. L’approche est orientée vers une mise en application immédiate des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