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Télécommunications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Battu, Daniel/ Dondoux, Jacques/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478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Réseaux et télécoms(N°:None)</w:t>
            </w:r>
          </w:p>
        </w:tc>
      </w:tr>
      <w:tr>
        <w:trPr>
          <w:trHeight w:val="567"/>
        </w:trPr>
        <w:tc>
          <w:tcPr>
            <w:tcW w:type="dxa" w:w="3000"/>
          </w:tcPr>
          <w:p>
            <w:r>
              <w:t>Notes Générales</w:t>
            </w:r>
          </w:p>
        </w:tc>
        <w:tc>
          <w:tcPr>
            <w:tcW w:type="dxa" w:w="7000"/>
          </w:tcPr>
          <w:p>
            <w:r>
              <w:t>Bibliogr. Index p.p. 473-478</w:t>
            </w:r>
          </w:p>
        </w:tc>
      </w:tr>
      <w:tr>
        <w:trPr>
          <w:trHeight w:val="567"/>
        </w:trPr>
        <w:tc>
          <w:tcPr>
            <w:tcW w:type="dxa" w:w="3000"/>
          </w:tcPr>
          <w:p>
            <w:r>
              <w:t>Numéro d'Identification</w:t>
            </w:r>
          </w:p>
        </w:tc>
        <w:tc>
          <w:tcPr>
            <w:tcW w:type="dxa" w:w="7000"/>
          </w:tcPr>
          <w:p>
            <w:r>
              <w:t>2100055305</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télécommunications/ réseaux de communication/ </w:t>
            </w:r>
          </w:p>
        </w:tc>
      </w:tr>
    </w:tbl>
    <w:p>
      <w:pPr>
        <w:pStyle w:val="Heading3"/>
      </w:pPr>
      <w:r>
        <w:t>Résumé :</w:t>
      </w:r>
    </w:p>
    <w:p>
      <w:r>
        <w:t>Le développement considérable des services et l'ouverture du marché des télécommunications nécessitent aujourd'hui de dresser un inventaire le plus complet possible des solutions techniques susceptibles d'être proposées aux entreprises et aux communautés urbaines. Avec le souci d'être compris du plus grand nombre, cet ouvrage expose les principes du réseau téléphonique et montre comment ce réseau a été adapté aux besoins d'autres services (télécopie, données, etc.). Il explique les principales normes et les protocoles actuellement en vigueur et décrit simplement les éléments clés tels que sont par exemple les PABX, les concentrateurs ou les multiplexeurs. L'ouvrage est complété par de nombreux exercices corrigés illustrant la plupart des notions abordées et par une annexe consacrée à l'image et aux services de télévision. Cet ouvrage est destiné à tous ceux qui, dans le cadre de leur activité professionnelle (marketing, droit, commerce), sont confrontés à l'univers des télécommunications sans avoir reçu de formation préalable. Il permettra aussi aux ingénieurs spécialisés d'avoir un aperçu global de l'ensemble des offres disponibles en matière de réseaux et de services sans entrer dans le détail.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