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Microsoft Windows 95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Person, Ron/ Desmond, Michael/ Voss, Robert/ Prout,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2744003727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microsoft windows (logiciels)/ world wide web/ </w:t>
            </w:r>
          </w:p>
        </w:tc>
      </w:tr>
    </w:tbl>
    <w:p>
      <w:pPr>
        <w:pStyle w:val="Heading3"/>
      </w:pPr>
      <w:r>
        <w:t>Résumé :</w:t>
      </w:r>
    </w:p>
    <w:p>
      <w:r>
        <w:t>Destiné aux utilisateurs débutants comme aux professionnels souhaitant maîtriser Windows 95 dans tous ses aspects : installation, configuration, personnalisation, gestion avancée de fichiers, réseau et multimédia.</w:t>
        <w:br/>
        <w:br/>
        <w:t xml:space="preserve">Il propose des leçons modulaires et de nombreux encadrés de résolution de problèmes (« Troubleshooting ») qui reprennent des cas concrets (par ex. configuration d’un fax-modem ou optimisation pour Novell NetWare) </w:t>
        <w:br/>
        <w:br/>
        <w:t>Les deux CD-ROM inclus fournissent des benchmarks (WinTune 95), des utilitaires gratuits et des évaluations (version d’essai de Windows 95 et du matériel compatible)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