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des composants électroniques. T2, Diodes transistors thyristors circuits intégrés opto-électronique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Besson,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6è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2709110962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effet transistor/ transistor bipolaire/ </w:t>
            </w:r>
          </w:p>
        </w:tc>
      </w:tr>
    </w:tbl>
    <w:p>
      <w:pPr>
        <w:pStyle w:val="Heading3"/>
      </w:pPr>
      <w:r>
        <w:t>Résumé :</w:t>
      </w:r>
    </w:p>
    <w:p>
      <w:r>
        <w:t>Ce second tome aborde en détail la technologie des semi-conducteurs et des composants électroniques actifs les plus utilisés dans l’industrie et l’électronique appliquée. Il s’inscrit dans une démarche pédagogique combinant théorie, structure physique, fonctionnement, caractéristiques techniques et applications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