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EXCEL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Mincke,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2804143872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excel (logiciel)/ visual basic/ </w:t>
            </w:r>
          </w:p>
        </w:tc>
      </w:tr>
    </w:tbl>
    <w:p>
      <w:pPr>
        <w:pStyle w:val="Heading3"/>
      </w:pPr>
      <w:r>
        <w:t>Résumé :</w:t>
      </w:r>
    </w:p>
    <w:p>
      <w:r>
        <w:t>Cet ouvrage pédagogique montre comment Excel peut être utilisé comme outil scientifique, à la fois pour l’analyse de données, la simulation, et l’automatisation de calculs :</w:t>
        <w:br/>
        <w:br/>
        <w:t>Partie 1 : Initiation au tableur et graphes, idéale pour débuter et acquérir les bases .</w:t>
        <w:br/>
        <w:br/>
        <w:t>Partie 2 : Manuel pour modéliser des problèmes scientifiques plus complexes, incluant boucles, formules matricielles, et macro-commandes .</w:t>
        <w:br/>
        <w:br/>
        <w:t>Partie 3 : Série d’exemples concrets dans différentes disciplines — physique, chimie, biologie et mathématiques — avec l’usage avancé de VBA et d’objets OLE.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