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L'USB pour tous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Mieux, Vincent/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Éd. techniques et scientifiques françaises/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Électronique et informatique(N°:None)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2100082388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USB (bus)/ visual basic/ </w:t>
            </w:r>
          </w:p>
        </w:tc>
      </w:tr>
    </w:tbl>
    <w:p>
      <w:pPr>
        <w:pStyle w:val="Heading3"/>
      </w:pPr>
      <w:r>
        <w:t>Résumé :</w:t>
      </w:r>
    </w:p>
    <w:p>
      <w:r>
        <w:t>Ce livre s’adresse aux électroniciens, développeurs embarqués, étudiants et amateurs éclairés désireux de comprendre et de concevoir des périphériques USB simples et fonctionnels.</w:t>
        <w:br/>
        <w:br/>
        <w:br/>
        <w:br/>
        <w:t>L’auteur y présente, de manière progressive et très pédagogique, les fondements techniques de l’USB (Universal Serial Bus), les différences avec les anciens ports série/parallèle, et propose de nombreux projets concrets utilisant un microcontrôleur USB Motorola 68HC908JB8.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