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numérique. T1, logique combinatoire, exercices et problèmes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Bessaid,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combinatoire/ Electronique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Ce polycopie de travaux dirigés est essentiellement destiné aux élèves ingénieurs et techniciens supérieurs. Il traite la première partie qui consiste en l'étude de dispositifs de logique combinatoire.&lt;br&gt;Nous avons conçu ce polycopie en pensant à tous ceux qui cherchent à compléter le cours d'électronique par des applications, ils trouveront dans les chapitres qui suivent un ensemble d'exercices avec solutions et à la fin de chaque chapitre des problèmes supplémentaires à résoudre.&lt;br&gt;Dans le premier chapitre, on étudiera les problèmes de transcodage ainsi que les opérations arithmétiques binaires, hexadécimales, etc.&lt;br&gt;Le deuxième chapitre étudie à travers des exemples les lois de Morgan.&lt;br&gt;Le troisième et le quatrième chapitre sont consacrés aux fonctions logiques et leur simplification par les tableaux de Karnaugh.&lt;br&gt;Dans le cinquième et sixième chapitre, nous présenterons un certain nombre de problèmes concernant des applications permettant de mettre immédiatement en pratique les notions déjà acquises.&lt;br&gt;La matérialisation des fonctions logiques sera traitée dans le septième et dernier chapitre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