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 [Dièse]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Mourier,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Microsoft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MSDN(N°:None)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2840825023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 plus plus/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la spécification officielle du langage C# version 1.0, telle que définie par Microsoft en 2001 et soumise à l’organisme de standardisation ECMA. Il s’adresse aux développeurs, architectes logiciels, et auteurs d’outils de programmation qui veulent une compréhension précise et exhaustive du langage à un niveau formel.</w:t>
        <w:br/>
        <w:br/>
        <w:br/>
        <w:br/>
        <w:t>Contrairement à un guide de programmation, ce document est rédigé comme une spécification technique : il définit ce que le langage doit faire, comment les compilateurs doivent se comporter, et quelles règles syntaxiques et sémantiques doivent être respectées.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