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mathématiques supérieures. T1 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Thuillier, P/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mathématique/ limites et continuité/ serie numérique/ </w:t>
            </w:r>
          </w:p>
        </w:tc>
      </w:tr>
    </w:tbl>
    <w:p>
      <w:pPr>
        <w:pStyle w:val="Heading3"/>
      </w:pPr>
      <w:r>
        <w:t>Résumé :</w:t>
      </w:r>
    </w:p>
    <w:p>
      <w:r>
        <w:t>Ce tome est consacré à l’analyse mathématique, discipline fondamentale des études scientifiques. Il s’adresse principalement aux étudiants en classes préparatoires scientifiques, aux élèves ingénieurs et à toute personne ayant besoin d’un socle rigoureux en mathématiques.</w:t>
        <w:br/>
        <w:br/>
        <w:br/>
        <w:br/>
        <w:t>L'ouvrage couvre les notions essentielles de l'analyse, avec une grande rigueur formelle et de nombreuses applications. Il alterne théorie, exemples, démonstrations détaillées et exercices variés, souvent accompagnés de solutions ou d’indications. L’objectif est de consolider la compréhension des concepts tout en développant les compétences en raisonnement mathématique.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