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Télévision par satellite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Benoit,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Audio-photo-vidéo(N°:None)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210049063X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appareils de télévision/ postes de télévision/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façon simple et concrète les principes et techniques mis en œuvre pour la transmission et la réception de la télévision par satellite, analogique et numérique : principes de base (orbite géostationnaire, propagation, bilan de liaison) ; techniques de diffusion des signaux analogiques et numériques (bandes de fréquence et polarisation, modulation, compression...) ; matériels de réception (antennes fixes et motorisées, distribution collective,  récepteurs/décodeurs). Cette deuxième édition, mise à jour, fait le point sur les développements les plus récents : évolution des matériels de réception (récepteur numérique, antenne fixe ou motorisée, distribution collective), des techniques de compression (MPEG-4-AVC) et de transmission (DVB-S2). De multiples annexes et un important glossaire complètent le livre. Véritable ouvrage de référence, La Télévision par satellite s'adresse à un large public, de l'étudiant en techniques audiovisuelles au professionnel souhaitant mettre à jour ses connaissances, sans oublier le particulier désireux de comprendre et d'optimiser son installation satellite.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