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office 6en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Wempen, Faithe/ Aitken, Peter/ Fulton, Jennifer/ Plumley, Sue/ Martin De La Salle, Damien/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6 en 1(N°:None)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office (logiciel)/ word/ microsoft excel/ microsoft windows 95 (système d'exploitation des ordinateurs)/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initiation complète aux principales applications de la suite Microsoft Office : Word, Excel, PowerPoint, Access, Outlook, et les outils d’intégration. Il s’adresse aux utilisateurs débutants à intermédiaires souhaitant se familiariser rapidement avec les fonctionnalités essentielles de chaque logiciel, tout en acquérant une vision globale de l’utilisation d’Office dans un contexte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