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guide des modems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2746201305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modems analogiques (V.90, V.92)/ pilote &amp; firmware/ </w:t>
            </w:r>
          </w:p>
        </w:tc>
      </w:tr>
    </w:tbl>
    <w:p>
      <w:pPr>
        <w:pStyle w:val="Heading3"/>
      </w:pPr>
      <w:r>
        <w:t>Résumé :</w:t>
      </w:r>
    </w:p>
    <w:p>
      <w:r>
        <w:t>Ce manuel offre un panorama complet des technologies de modem et de leurs usages, enrichi d’un aperçu des services d’information accessibles en France, ainsi que des évolutions normatives et industrielles liées aux modems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