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NT 4 Workstation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Naniche,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initiation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d’initiation destiné aux débutants qui souhaitent découvrir et apprendre à utiliser le système d’exploitation Windows NT 4.0 Workstation, publié par Microsoft dans les années 1990.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