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Télécommunications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Battu,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XXII-505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2100068903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de données/ services de télécommunications/ multiplexage (FDM, TDM, SDH)/ </w:t>
            </w:r>
          </w:p>
        </w:tc>
      </w:tr>
    </w:tbl>
    <w:p>
      <w:pPr>
        <w:pStyle w:val="Heading3"/>
      </w:pPr>
      <w:r>
        <w:t>Résumé :</w:t>
      </w:r>
    </w:p>
    <w:p>
      <w:r>
        <w:t>Présenter les fondements du réseau téléphonique, leur évolution vers les réseaux de données et multimédias, en mettant l’accent sur les normes, infrastructures et protocoles actuels 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